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איפה זה בארץ? – מפה ותרגול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למקם יישובים ואתרים על מפת הארץ ולמיין אותם לפי אזורים.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https://makom-baaretz-chidot.sites.tab.bot/mapa.html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המיון צפון/מרכז/דרום פשוט בכוונה: הגליל, חיפה והכרמל והעמקים = צפון; השרון והמרכז = מרכז; הנגב והערבה = דרום.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להמשיך במשחק המפה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העובדות על המקומות לקוחות מתוך האתר עצמו (כרטיס "הידעתם?" של כל חידה). כל המקומות בתוך הקו הירוק.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באתר כל עובדות "הידעתם?" מסומנות לבדיקה – כדאי לעבור עליהן לפני השיעור.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מה המקום במפה?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נהריה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טירת כרמל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נוף הגליל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גן השלושה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חדרה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גבעתיים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תל שבע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שדה בוקר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צפון, מרכז או דרום?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צפון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קריית אתא, קריית טבעון, רמת דוד, ראש פינה, תל עדשים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מרכז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פתח תקווה, תל אביב, מגל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דרום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עין גדי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צפונה או דרומה?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גן נר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ראש הנקרה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נוף הגליל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גן השלושה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מסע בארץ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שימוש נכון בכיווני המפה ובשמות המקומות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🗺️ איפה זה בארץ? – מפה ותרגול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המפה סכמטית: רואים בה את חוף הים, הכנרת, הירדן, ים המלח ומפרץ אילת.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מה המקום במפה?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בחרו מהמחסן את שם המקום וכתבו אותו ליד המספר שלו.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נוף הגליל  |  גבעתיים  |  נהריה  |  שדה בוקר  |  גן השלושה  |  חדרה  |  תל שבע  |  טירת כרמל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592138" cy="432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p-r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2138" cy="43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1. 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2. 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3. 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4. 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5. 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6. 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7. 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8. ______________</w:t>
            </w:r>
          </w:p>
        </w:tc>
      </w:tr>
    </w:tbl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צפון, מרכז או דרום?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מיינו את המקומות לטבלה.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רמת דוד  |  ראש פינה  |  קריית טבעון  |  קריית אתא  |  עין גדי  |  תל עדשים  |  תל אביב  |  פתח תקווה  |  מגל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צפון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מרכז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דרום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צפונה או דרומה?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התשובה. אפשר להיעזר במפה שבחלק א׳.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איזה מקום נמצא צפונה יותר?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גן נר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בת 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איזה מקום נמצא צפונה יותר?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בית שמש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ראש הנקרה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איזה מקום נמצא צפונה יותר?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מצפה רמון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נוף הגליל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איזה מקום נמצא צפונה יותר?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עין גדי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גן השלושה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מסע בארץ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תכננו טיול קצר לשני מקומות מהמפה. כתבו לאן נוסעים קודם ולמה, ומה רוצים לראות שם.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איפה זה בארץ? – מפה ותרגול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