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משחקים על הנייר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לחזור על כל סוגי המשחקים באתר: פתרון חידות, עובדות, חוקי משחק המילים ומפה.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https://makom-baaretz-chidot.sites.tab.bot/mischakim.html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מתאים כדף חזרה בסוף היחידה או כעבודה עצמית.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 לפני השיעור: תל אביב – שנת הייסוד 1909 · קריית שמונה – הסבר השם.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חידות תמונה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כפר יונה  (כפר + יונה)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רחובות  (רחובות)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העיר נוסדה ב־1909 על החולות שליד יפו.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שמה לקוח מפסוק בתהילים: "אבן מאסו הבונים היתה לראש פינה".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השם מנציח שמונה מגיני תל חי.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חוקי המשחק – נכון או לא?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"נהר" מצויר, ו"יה" כתוב באותיות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"רמה" הופכת ל"רמת" – סמיכות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המשחקים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משחק המפה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משחק קבוצות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מסע משחקים על הנייר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חזרה שמחבר את כל המשחקים באתר.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רחובות  |  כפר יונה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חידות תמונה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פתרו את החידות.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▢▢▢▢▢▢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השם מנציח שמונה מגיני תל חי.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פינה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שמה לקוח מפסוק בתהילים: "אבן מאסו הבונים היתה לראש פינה".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שמונה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העיר נוסדה ב־1909 על החולות שליד יפו.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חוקי המשחק – נכון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בחידה של גבעתיים יש שתי גבעות – צורת זוגי.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בחידה של רהט מורידים אות מהמילה "רהיט".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בחידה של נהריה כל השם מצויר בתמונות.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בחידה של רמת גן המילה "רמה" לא משנה את צורתה.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המשחקים שלנו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באיזה משחק מוצאים מקום על מפת הארץ?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משחק המפה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חידון מהיר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באיזה משחק כל הכיתה מתחלקת לקבוצות?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חידת היום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משחק קבוצות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בונים חידה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איזה משחק אהבתם הכי הרבה?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משחקים על הנייר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