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מסע משחקים על הנייר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לחזור על כל סוגי המשחקים באתר: פתרון חידות, עובדות, חוקי משחק המילים ומפה.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https://makom-baaretz-chidot.sites.tab.bot/mischakim.html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מתאים כדף חזרה בסוף היחידה או כעבודה עצמית.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באתר כל עובדות "הידעתם?" מסומנות לבדיקה – כדאי לעבור עליהן לפני השיעור.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חידות תמונה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עין גדי  (עין + גדי)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שדה בוקר  (שדה + בוקר)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נשר  (נשר)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מקום ועובדה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עיר עתיקה וחשובה לנצרות; יש בה כנסיות מפורסמות.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יש בה תיאטרון רומי, אמת מים ונמל עתיק.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כפר דרוזי בגליל העליון.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בעיר גבעת חול ענקית – "גבעת יונה" – וחופים ארוכים.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חוקי המשחק – נכון או לא?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"נהר" מצויר, ו"יה" כתוב באותיות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המשחקים שלנו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משחק המפה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משחק קבוצות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מסע משחקים על הנייר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חזרה על כל המשחקים.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riddle · загадка · እንቆቅልሽ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יישוב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🏘️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settlement, town · населённый пункт · መንደር /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city · город ·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קיבוץ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kibbutz · кибуц · ኪቡትዝ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hint · подсказка · ፍንጭ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letter · буква · ፊደል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word · слово · 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answer · ответ · መልስ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⬆️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north · север · ሰሜን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מרכז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🎯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center · центр · መሃል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⬇️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south · юг · ደቡብ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map · карта · ካርታ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חידות תמונה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פתרו את החידות.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1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   ▢▢▢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6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   ▢▢▢▢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3.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251345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1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2513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</w:t>
            </w:r>
          </w:p>
        </w:tc>
        <w:tc>
          <w:tcPr>
            <w:tcW w:type="dxa" w:w="5213"/>
          </w:tcPr>
          <w:p/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מקום ועובדה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המקום לעובדה עליו.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נצרת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בעיר גבעת חול ענקית – "גבעת יונה" – וחופים ארוכים.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קיסריה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יש בה תיאטרון רומי, אמת מים ונמל עתיק.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חורפיש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עיר עתיקה וחשובה לנצרות; יש בה כנסיות מפורסמות.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אשדוד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כפר דרוזי בגליל העליון.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חוקי המשחק – נכון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בחידה של נהריה כל השם מצויר בתמונות.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בחידה של רהט מורידים אות מהמילה "רהיט".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בחידה של באר שבע קוראים את המספר 7 בקול כמילה.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בחידה של גבעתיים יש שתי גבעות – צורת זוגי.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המשחקים שלנו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באיזה משחק מוצאים מקום על מפת הארץ?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משחק המפה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חידון מהיר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בונים חידה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באיזה משחק כל הכיתה מתחלקת לקבוצות?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חידת היום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משחק קבוצות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בונים 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איזה משחק אהבתם?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מסע משחקים על הנייר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